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[fecha].</w:t>
      </w:r>
    </w:p>
    <w:p>
      <w:r>
        <w:rPr>
          <w:b w:val="0"/>
        </w:rPr>
        <w:t>Señor(a): [nombre del destinatario]. Domicilio: [domicilio del destinatario].</w:t>
      </w:r>
    </w:p>
    <w:p>
      <w:r>
        <w:rPr>
          <w:b/>
        </w:rPr>
        <w:t>Asunto: requerimiento de pago</w:t>
      </w:r>
    </w:p>
    <w:p>
      <w:r>
        <w:rPr>
          <w:b w:val="0"/>
        </w:rPr>
        <w:t>De mi consideración:</w:t>
      </w:r>
    </w:p>
    <w:p>
      <w:r>
        <w:rPr>
          <w:b w:val="0"/>
        </w:rPr>
        <w:t>Yo, [tu nombre], con DNI [DNI], con domicilio en [tu domicilio], me dirijo a usted en relación con la deuda que mantiene conmigo por [concepto].</w:t>
      </w:r>
    </w:p>
    <w:p>
      <w:r>
        <w:rPr>
          <w:b w:val="0"/>
        </w:rPr>
        <w:t>[Hechos: aquí va lo que ha pasado, en orden y con fechas. La herramienta lo redacta con lo que cuentes en el formulario.]</w:t>
      </w:r>
    </w:p>
    <w:p>
      <w:r>
        <w:rPr>
          <w:b w:val="0"/>
        </w:rPr>
        <w:t>[Petición: lo que pides en concreto, con el importe o lo que necesitas y el plazo.]</w:t>
      </w:r>
    </w:p>
    <w:p>
      <w:r>
        <w:rPr>
          <w:b w:val="0"/>
        </w:rPr>
        <w:t>Le solicito efectuar el pago dentro de los 10 días calendario siguientes a la recepción de esta carta, mediante depósito o transferencia a la cuenta [cuenta o CCI].</w:t>
      </w:r>
    </w:p>
    <w:p>
      <w:r>
        <w:rPr>
          <w:b w:val="0"/>
        </w:rPr>
        <w:t>Mediante la presente le exijo extrajudicialmente el cumplimiento de su obligación, a los efectos del artículo 1333 del Código Civil (Decreto Legislativo 295).</w:t>
      </w:r>
    </w:p>
    <w:p>
      <w:r>
        <w:rPr>
          <w:b w:val="0"/>
        </w:rPr>
        <w:t>Me reservo el ejercicio de las acciones que me correspondan.</w:t>
      </w:r>
    </w:p>
    <w:p>
      <w:r>
        <w:rPr>
          <w:b w:val="0"/>
        </w:rPr>
        <w:t>Atentamente,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[tu nombre]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DNI [DNI]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Rellénalo con tu caso en https://www.legaltica.com/pe/herramientas/carta-notarial/deuda/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notarial: una deuda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