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 y estado], a [fecha].</w:t>
      </w:r>
    </w:p>
    <w:p>
      <w:r>
        <w:rPr>
          <w:b/>
        </w:rPr>
        <w:t>A quien corresponda:</w:t>
      </w:r>
    </w:p>
    <w:p>
      <w:r>
        <w:rPr>
          <w:b/>
        </w:rPr>
        <w:t>Carta poder</w:t>
      </w:r>
    </w:p>
    <w:p>
      <w:r>
        <w:rPr>
          <w:b w:val="0"/>
        </w:rPr>
        <w:t>Yo, [nombre completo de quien da el poder], con [identificación oficial y su número], con domicilio en [domicilio], otorgo carta poder a [nombre completo de quien recibe el poder], con [identificación oficial y su número], para que en mi nombre y representación realice el trámite de [trámite] del vehículo marca [marca], modelo [modelo], año [año], con número de serie [número de serie] y placas [placas], y presente y reciba los documentos necesarios para ello.</w:t>
      </w:r>
    </w:p>
    <w:p>
      <w:r>
        <w:rPr>
          <w:b w:val="0"/>
        </w:rPr>
        <w:t>Esta carta poder se otorga solo para lo que se indica y termina al concluirlo.</w:t>
      </w:r>
    </w:p>
    <w:p>
      <w:r>
        <w:rPr>
          <w:b w:val="0"/>
        </w:rPr>
        <w:t>La firman quien otorga el poder, quien lo acepta y dos testigos.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Otorga el poder</w:t>
        <w:br/>
        <w:t>[nombre y firma]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Acepta el poder</w:t>
        <w:br/>
        <w:t>[nombre y firma]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Testigo</w:t>
        <w:br/>
        <w:t>[nombre y firma]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Testigo</w:t>
        <w:br/>
        <w:t>[nombre y firma]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Georgia" w:hAnsi="Georgia"/>
        <w:sz w:val="16"/>
      </w:rPr>
      <w:t>Modelo en blanco de Legaltica. Llénalo en https://www.legaltica.com/mx/herramientas/carta-poder/tramites-vehiculares/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120"/>
    </w:pPr>
    <w:rPr>
      <w:rFonts w:ascii="Georgia" w:hAnsi="Georgia" w:eastAsia="Georgia" w:cs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carta poder para trámites vehiculares</dc:title>
  <dc:subject>Modelo generado con Legaltica · https://www.legaltica.com/herramientas/</dc:subject>
  <dc:creator>Legaltica</dc:creator>
  <cp:keywords/>
  <dc:description>Modelo generado con Legaltica · https://www.legaltica.com/herramientas/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