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 y estado], a [fecha].</w:t>
      </w:r>
    </w:p>
    <w:p>
      <w:r>
        <w:rPr>
          <w:b/>
        </w:rPr>
        <w:t>A quien corresponda:</w:t>
      </w:r>
    </w:p>
    <w:p>
      <w:r>
        <w:rPr>
          <w:b/>
        </w:rPr>
        <w:t>Carta poder</w:t>
      </w:r>
    </w:p>
    <w:p>
      <w:r>
        <w:rPr>
          <w:b w:val="0"/>
        </w:rPr>
        <w:t>Yo, [nombre completo de quien da el poder], con [identificación oficial y su número], con domicilio en [domicilio], otorgo carta poder a [nombre completo de quien recibe el poder], con [identificación oficial y su número], para que en mi nombre y representación recoja en [paquetería y sucursal] el envío dirigido a mí con número de guía [número de guía], enviado por [remitente], y firme de recibido.</w:t>
      </w:r>
    </w:p>
    <w:p>
      <w:r>
        <w:rPr>
          <w:b w:val="0"/>
        </w:rPr>
        <w:t>Esta carta poder se otorga solo para lo que se indica y termina al concluirlo.</w:t>
      </w:r>
    </w:p>
    <w:p>
      <w:r>
        <w:rPr>
          <w:b w:val="0"/>
        </w:rPr>
        <w:t>La firman quien otorga el poder, quien lo acepta y dos testigos.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Otorga el poder</w:t>
        <w:br/>
        <w:t>[nombre y firma]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Acepta el poder</w:t>
        <w:br/>
        <w:t>[nombre y firma]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Testigo</w:t>
        <w:br/>
        <w:t>[nombre y firma]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Testigo</w:t>
        <w:br/>
        <w:t>[nombre y firma]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Georgia" w:hAnsi="Georgia"/>
        <w:sz w:val="16"/>
      </w:rPr>
      <w:t>Modelo en blanco de Legaltica. Llénalo en https://www.legaltica.com/mx/herramientas/carta-poder/recoger-paquete/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120"/>
    </w:pPr>
    <w:rPr>
      <w:rFonts w:ascii="Georgia" w:hAnsi="Georgia" w:eastAsia="Georgia" w:cs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carta poder para recoger un paquete</dc:title>
  <dc:subject>Modelo generado con Legaltica · https://www.legaltica.com/herramientas/</dc:subject>
  <dc:creator>Legaltica</dc:creator>
  <cp:keywords/>
  <dc:description>Modelo generado con Legaltica · https://www.legaltica.com/herramientas/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