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recoja en [escuela u oficina] [los documentos], y firme de recibido.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https://www.legaltica.com/mx/herramientas/carta-poder/recoger-documentos/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recoger documentos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