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que, al no poder acudir personalmente a realizar el cobro, reciba en mi nombre de [empresa o patrón] el pago de mi finiquito, correspondiente a [periodo] y firme el recibo de lo que se le entregue. Este poder no autoriza a firmar convenios, renuncias ni ningún otro documento distinto del recibo del pago. Otorgo este poder conforme al artículo 100 de la Ley Federal del Trabajo.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https://www.legaltica.com/mx/herramientas/carta-poder/cobrar-finiquito/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cobrar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