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[fecha].</w:t>
      </w:r>
    </w:p>
    <w:p>
      <w:r>
        <w:rPr>
          <w:b w:val="0"/>
        </w:rPr>
        <w:t>A: [nombre del destinatario], con domicilio en [domicilio del destinatario].</w:t>
      </w:r>
    </w:p>
    <w:p>
      <w:r>
        <w:rPr>
          <w:b/>
        </w:rPr>
        <w:t>Asunto: requerimiento de pago</w:t>
      </w:r>
    </w:p>
    <w:p>
      <w:r>
        <w:rPr>
          <w:b w:val="0"/>
        </w:rPr>
        <w:t>Yo, [tu nombre], con domicilio en [tu domicilio], me dirijo a usted en relación con la cantidad que me adeuda por [concepto].</w:t>
      </w:r>
    </w:p>
    <w:p>
      <w:r>
        <w:rPr>
          <w:b w:val="0"/>
        </w:rPr>
        <w:t>[Hechos: aquí va lo que ha pasado, en orden y con fechas. La herramienta lo redacta con lo que cuentes en el formulario.]</w:t>
      </w:r>
    </w:p>
    <w:p>
      <w:r>
        <w:rPr>
          <w:b w:val="0"/>
        </w:rPr>
        <w:t>El pago debía hacerse el [fecha de pago].</w:t>
      </w:r>
    </w:p>
    <w:p>
      <w:r>
        <w:rPr>
          <w:b w:val="0"/>
        </w:rPr>
        <w:t>[Petición: lo que pides en concreto, con el importe o lo que necesitas y el plazo.]</w:t>
      </w:r>
    </w:p>
    <w:p>
      <w:r>
        <w:rPr>
          <w:b w:val="0"/>
        </w:rPr>
        <w:t>El pago deberá realizarse dentro de los 30 días naturales siguientes a la recepción de esta carta. Puede realizarlo mediante transferencia a la cuenta CLABE [CLABE].</w:t>
      </w:r>
    </w:p>
    <w:p>
      <w:r>
        <w:rPr>
          <w:b w:val="0"/>
        </w:rPr>
        <w:t>Como no se fijó el tiempo en que debía hacerse el pago, esta carta se le entrega como interpelación extrajudicial ante dos testigos o ante notario, a los efectos del artículo 2080 del Código Civil Federal.</w:t>
      </w:r>
    </w:p>
    <w:p>
      <w:r>
        <w:rPr>
          <w:b w:val="0"/>
        </w:rPr>
        <w:t>Quedo a la espera de su respuesta y me reservo el ejercicio de las acciones que me correspondan.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[tu nombre]</w:t>
      </w:r>
    </w:p>
    <w:p>
      <w:r>
        <w:rPr>
          <w:b w:val="0"/>
        </w:rPr>
        <w:t>Entregada en presencia de los testigos que firman: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 1: nombre y firma ______________________________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Testigo 2: nombre y firma ______________________________</w:t>
      </w:r>
    </w:p>
    <w:p>
      <w:r>
        <w:rPr>
          <w:b w:val="0"/>
        </w:rPr>
        <w:t>Recibí el original. Nombre, firma y fecha: ______________________________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Rellénalo con tu caso en https://www.legaltica.com/mx/herramientas/carta-de-cobranza/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cobranza: una deuda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