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val="0"/>
        </w:rPr>
        <w:t>En [ciudad], a [fecha].</w:t>
      </w:r>
    </w:p>
    <w:p>
      <w:r>
        <w:rPr>
          <w:b w:val="0"/>
        </w:rPr>
        <w:t>De: [tu nombre], con DNI o NIE [DNI o NIE], con domicilio en [tu domicilio].</w:t>
      </w:r>
    </w:p>
    <w:p>
      <w:r>
        <w:rPr>
          <w:b w:val="0"/>
        </w:rPr>
        <w:t>A: [nombre del destinatario], con domicilio en [domicilio del destinatario].</w:t>
      </w:r>
    </w:p>
    <w:p>
      <w:r>
        <w:rPr>
          <w:b/>
        </w:rPr>
        <w:t>Asunto: Requerimiento de devolución de la fianza del arrendamiento de la vivienda situada en [dirección de la vivienda].</w:t>
      </w:r>
    </w:p>
    <w:p>
      <w:r>
        <w:rPr>
          <w:b w:val="0"/>
        </w:rPr>
        <w:t>Por medio del presente escrito me dirijo a usted en mi condición de parte arrendataria de la vivienda situada en [dirección de la vivienda], en virtud del contrato de arrendamiento suscrito el [fecha del contrato].</w:t>
      </w:r>
    </w:p>
    <w:p>
      <w:r>
        <w:rPr>
          <w:b/>
        </w:rPr>
        <w:t>HECHOS</w:t>
      </w:r>
    </w:p>
    <w:p>
      <w:r>
        <w:rPr>
          <w:b w:val="0"/>
        </w:rPr>
        <w:t>[Hechos: aquí va lo que ha pasado, en orden y con fechas. La herramienta lo redacta con lo que cuentes en el formulario.]</w:t>
      </w:r>
    </w:p>
    <w:p>
      <w:r>
        <w:rPr>
          <w:b/>
        </w:rPr>
        <w:t>FUNDAMENTO</w:t>
      </w:r>
    </w:p>
    <w:p>
      <w:r>
        <w:rPr>
          <w:b w:val="0"/>
        </w:rPr>
        <w:t>De acuerdo con el artículo 36.4 de la Ley 29/1994, de 24 de noviembre, de Arrendamientos Urbanos, el saldo de la fianza en metálico que deba restituirse al arrendatario al final del arriendo devenga el interés legal transcurrido un mes desde la entrega de las llaves sin que se haya hecho efectiva la restitución. Las llaves se entregaron el [entrega de llaves].</w:t>
      </w:r>
    </w:p>
    <w:p>
      <w:r>
        <w:rPr>
          <w:b/>
        </w:rPr>
        <w:t>PETICIÓN</w:t>
      </w:r>
    </w:p>
    <w:p>
      <w:r>
        <w:rPr>
          <w:b w:val="0"/>
        </w:rPr>
        <w:t>[Petición: lo que pides en concreto, con el importe o lo que necesitas y el plazo.]</w:t>
      </w:r>
    </w:p>
    <w:p>
      <w:r>
        <w:rPr>
          <w:b w:val="0"/>
        </w:rPr>
        <w:t>Le ruego que realice la devolución en el plazo de 10 días naturales desde la recepción de este escrito, mediante transferencia a la cuenta [cuenta para el pago].</w:t>
      </w:r>
    </w:p>
    <w:p>
      <w:r>
        <w:rPr>
          <w:b w:val="0"/>
        </w:rPr>
        <w:t>Este escrito es también una invitación a negociar directamente una solución sobre la devolución de la fianza, a los efectos del artículo 5.1 de la Ley Orgánica 1/2025, de 2 de enero, de medidas en materia de eficiencia del Servicio Público de Justicia. Puede responderme por escrito en el domicilio que figura al principio.</w:t>
      </w:r>
    </w:p>
    <w:p>
      <w:r>
        <w:rPr>
          <w:b w:val="0"/>
        </w:rPr>
        <w:t>Asimismo, el presente requerimiento constituye una reclamación extrajudicial a los efectos del artículo 1973 del Código Civil.</w:t>
      </w:r>
    </w:p>
    <w:p>
      <w:r>
        <w:rPr>
          <w:b w:val="0"/>
        </w:rPr>
        <w:t>Si no recibo respuesta en el plazo indicado, me reservo el ejercicio de las acciones que me correspondan.</w:t>
      </w:r>
    </w:p>
    <w:p>
      <w:r>
        <w:rPr>
          <w:b w:val="0"/>
        </w:rPr>
        <w:t>Atentamente,</w:t>
      </w:r>
    </w:p>
    <w:p>
      <w:pPr>
        <w:spacing w:before="560" w:after="0"/>
      </w:pPr>
      <w:r>
        <w:t>______________________________</w:t>
      </w:r>
    </w:p>
    <w:p>
      <w:r>
        <w:rPr>
          <w:b w:val="0"/>
        </w:rPr>
        <w:t>[tu nombre]</w:t>
      </w:r>
    </w:p>
    <w:sectPr w:rsidR="00FC693F" w:rsidRPr="0006063C" w:rsidSect="00034616">
      <w:footerReference w:type="default" r:id="rId9"/>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Georgia" w:hAnsi="Georgia"/>
        <w:sz w:val="16"/>
      </w:rPr>
      <w:t>Modelo en blanco de Legaltica. Rellénalo con tu caso en https://www.legaltica.com/herramientas/burofax/reclamar-fianza-alquiler/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6" w:lineRule="auto" w:after="120"/>
    </w:pPr>
    <w:rPr>
      <w:rFonts w:ascii="Georgia" w:hAnsi="Georgia" w:eastAsia="Georgia" w:cs="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burofax: fianza del alquiler</dc:title>
  <dc:subject>Modelo generado con Legaltica · https://www.legaltica.com/herramientas/</dc:subject>
  <dc:creator>Legaltica</dc:creator>
  <cp:keywords/>
  <dc:description>Modelo generado con Legaltica · https://www.legaltica.com/herramientas/</dc:description>
  <cp:lastModifiedBy/>
  <cp:revision>1</cp:revision>
  <dcterms:created xsi:type="dcterms:W3CDTF">2013-12-23T23:15:00Z</dcterms:created>
  <dcterms:modified xsi:type="dcterms:W3CDTF">2013-12-23T23:15:00Z</dcterms:modified>
  <cp:category/>
</cp:coreProperties>
</file>