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b w:val="0"/>
        </w:rPr>
        <w:t>[ciudad], [fecha]</w:t>
      </w:r>
    </w:p>
    <w:p>
      <w:r>
        <w:rPr>
          <w:b w:val="0"/>
        </w:rPr>
        <w:t>Destinatario: [nombre del destinatario], con dirección en [domicilio del destinatario].</w:t>
      </w:r>
    </w:p>
    <w:p>
      <w:r>
        <w:rPr>
          <w:b/>
        </w:rPr>
        <w:t>Asunto: derecho de petición. Se refiere a: [sobre qué es].</w:t>
      </w:r>
    </w:p>
    <w:p>
      <w:r>
        <w:rPr>
          <w:b w:val="0"/>
        </w:rPr>
        <w:t>Yo, [su nombre], con cédula n.º [cédula], presento respetuosamente el siguiente derecho de petición en relación con mi vínculo laboral.</w:t>
      </w:r>
    </w:p>
    <w:p>
      <w:r>
        <w:rPr>
          <w:b/>
        </w:rPr>
        <w:t>HECHOS</w:t>
      </w:r>
    </w:p>
    <w:p>
      <w:r>
        <w:rPr>
          <w:b w:val="0"/>
        </w:rPr>
        <w:t>[Hechos: aquí va lo que ha pasado, en orden y con fechas. La herramienta lo redacta con lo que cuente en el formulario.]</w:t>
      </w:r>
    </w:p>
    <w:p>
      <w:r>
        <w:rPr>
          <w:b/>
        </w:rPr>
        <w:t>PETICIÓN</w:t>
      </w:r>
    </w:p>
    <w:p>
      <w:r>
        <w:rPr>
          <w:b w:val="0"/>
        </w:rPr>
        <w:t>[Petición: lo que pide en concreto, con el importe o lo que necesita y el plazo.]</w:t>
      </w:r>
    </w:p>
    <w:p>
      <w:r>
        <w:rPr>
          <w:b/>
        </w:rPr>
        <w:t>FUNDAMENTO</w:t>
      </w:r>
    </w:p>
    <w:p>
      <w:r>
        <w:rPr>
          <w:b w:val="0"/>
        </w:rPr>
        <w:t>Presento esta petición en los términos del artículo 32 de la Ley 1437 de 2011, sustituido por la Ley 1755 de 2015, que, salvo norma legal especial, somete el trámite y la resolución de estas peticiones a las reglas generales del derecho de petición. De acuerdo con el artículo 14 de la Ley 1437 de 2011, sustituido por la Ley 1755 de 2015, esta petición debe resolverse dentro de los 10 días hábiles siguientes a su recepción.</w:t>
      </w:r>
    </w:p>
    <w:p>
      <w:r>
        <w:rPr>
          <w:b w:val="0"/>
        </w:rPr>
        <w:t>Documentos que anexo: [documentos que adjunta].</w:t>
      </w:r>
    </w:p>
    <w:p>
      <w:r>
        <w:rPr>
          <w:b/>
        </w:rPr>
        <w:t>NOTIFICACIONES</w:t>
      </w:r>
    </w:p>
    <w:p>
      <w:r>
        <w:rPr>
          <w:b w:val="0"/>
        </w:rPr>
        <w:t>Recibiré la respuesta en la siguiente dirección: [su domicilio].</w:t>
      </w:r>
    </w:p>
    <w:p>
      <w:r>
        <w:rPr>
          <w:b w:val="0"/>
        </w:rPr>
        <w:t>Atentamente,</w:t>
      </w:r>
    </w:p>
    <w:p>
      <w:pPr>
        <w:spacing w:before="560" w:after="0"/>
      </w:pPr>
      <w:r>
        <w:t>______________________________</w:t>
      </w:r>
    </w:p>
    <w:p>
      <w:r>
        <w:rPr>
          <w:b w:val="0"/>
        </w:rPr>
        <w:t>[su nombre]</w:t>
      </w:r>
    </w:p>
    <w:p>
      <w:pPr>
        <w:spacing w:before="560" w:after="0"/>
      </w:pPr>
      <w:r>
        <w:t>______________________________</w:t>
      </w:r>
    </w:p>
    <w:p>
      <w:r>
        <w:rPr>
          <w:b w:val="0"/>
        </w:rPr>
        <w:t>C. C. [cédula]</w:t>
      </w:r>
    </w:p>
    <w:sectPr w:rsidR="00FC693F" w:rsidRPr="0006063C" w:rsidSect="00034616">
      <w:footerReference w:type="default" r:id="rId9"/>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Georgia" w:hAnsi="Georgia"/>
        <w:sz w:val="16"/>
      </w:rPr>
      <w:t>Modelo en blanco de Legaltica. Rellénalo con tu caso en https://www.legaltica.com/co/herramientas/derecho-de-peticion/laboral/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36" w:lineRule="auto" w:after="120"/>
    </w:pPr>
    <w:rPr>
      <w:rFonts w:ascii="Georgia" w:hAnsi="Georgia" w:eastAsia="Georgia" w:cs="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derecho de petición: a su empleador</dc:title>
  <dc:subject>Modelo generado con Legaltica · https://www.legaltica.com/herramientas/</dc:subject>
  <dc:creator>Legaltica</dc:creator>
  <cp:keywords/>
  <dc:description>Modelo generado con Legaltica · https://www.legaltica.com/herramientas/</dc:description>
  <cp:lastModifiedBy/>
  <cp:revision>1</cp:revision>
  <dcterms:created xsi:type="dcterms:W3CDTF">2013-12-23T23:15:00Z</dcterms:created>
  <dcterms:modified xsi:type="dcterms:W3CDTF">2013-12-23T23:15:00Z</dcterms:modified>
  <cp:category/>
</cp:coreProperties>
</file>