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[fecha]</w:t>
      </w:r>
    </w:p>
    <w:p>
      <w:r>
        <w:rPr>
          <w:b w:val="0"/>
        </w:rPr>
        <w:t>Señores: [nombre del destinatario], con dirección en [domicilio del destinatario].</w:t>
      </w:r>
    </w:p>
    <w:p>
      <w:r>
        <w:rPr>
          <w:b/>
        </w:rPr>
        <w:t>Asunto: derecho de petición. Objeto: [qué pide].</w:t>
      </w:r>
    </w:p>
    <w:p>
      <w:r>
        <w:rPr>
          <w:b w:val="0"/>
        </w:rPr>
        <w:t>Yo, [su nombre], con cédula n.º [cédula], presento respetuosamente ante esa entidad el siguiente derecho de petición.</w:t>
      </w:r>
    </w:p>
    <w:p>
      <w:r>
        <w:rPr>
          <w:b/>
        </w:rPr>
        <w:t>HECHOS</w:t>
      </w:r>
    </w:p>
    <w:p>
      <w:r>
        <w:rPr>
          <w:b w:val="0"/>
        </w:rPr>
        <w:t>[Hechos: aquí va lo que ha pasado, en orden y con fechas. La herramienta lo redacta con lo que cuente en el formulario.]</w:t>
      </w:r>
    </w:p>
    <w:p>
      <w:r>
        <w:rPr>
          <w:b/>
        </w:rPr>
        <w:t>PETICIÓN</w:t>
      </w:r>
    </w:p>
    <w:p>
      <w:r>
        <w:rPr>
          <w:b w:val="0"/>
        </w:rPr>
        <w:t>[Petición: lo que pide en concreto, con el importe o lo que necesita y el plazo.]</w:t>
      </w:r>
    </w:p>
    <w:p>
      <w:r>
        <w:rPr>
          <w:b/>
        </w:rPr>
        <w:t>FUNDAMENTO</w:t>
      </w:r>
    </w:p>
    <w:p>
      <w:r>
        <w:rPr>
          <w:b w:val="0"/>
        </w:rPr>
        <w:t>Conforme al artículo 14 de la Ley 1437 de 2011, sustituido por la Ley 1755 de 2015, esta petición debe resolverse dentro de los 10 días hábiles siguientes a su recepción.</w:t>
      </w:r>
    </w:p>
    <w:p>
      <w:r>
        <w:rPr>
          <w:b w:val="0"/>
        </w:rPr>
        <w:t>Documentos que anexo: [documentos que adjunta].</w:t>
      </w:r>
    </w:p>
    <w:p>
      <w:r>
        <w:rPr>
          <w:b/>
        </w:rPr>
        <w:t>NOTIFICACIONES</w:t>
      </w:r>
    </w:p>
    <w:p>
      <w:r>
        <w:rPr>
          <w:b w:val="0"/>
        </w:rPr>
        <w:t>Recibiré la respuesta en la siguiente dirección: [su domicilio].</w:t>
      </w:r>
    </w:p>
    <w:p>
      <w:r>
        <w:rPr>
          <w:b w:val="0"/>
        </w:rPr>
        <w:t>Atentamente,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[su nombre]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C. C. [cédula]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Rellénalo con tu caso en https://www.legaltica.com/co/herramientas/derecho-de-peticion/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derecho de petición: petición general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