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[fecha]</w:t>
      </w:r>
    </w:p>
    <w:p>
      <w:r>
        <w:rPr>
          <w:b w:val="0"/>
        </w:rPr>
        <w:t>Señores: [nombre del destinatario], con dirección en [domicilio del destinatario].</w:t>
      </w:r>
    </w:p>
    <w:p>
      <w:r>
        <w:rPr>
          <w:b/>
        </w:rPr>
        <w:t>Asunto: derecho de petición. Objeto: [qué pide]. Cliente, contrato o cuenta n.º [número de cliente].</w:t>
      </w:r>
    </w:p>
    <w:p>
      <w:r>
        <w:rPr>
          <w:b w:val="0"/>
        </w:rPr>
        <w:t>Yo, [su nombre], con cédula n.º [cédula], presento respetuosamente ante esa empresa el siguiente derecho de petición.</w:t>
      </w:r>
    </w:p>
    <w:p>
      <w:r>
        <w:rPr>
          <w:b/>
        </w:rPr>
        <w:t>HECHOS</w:t>
      </w:r>
    </w:p>
    <w:p>
      <w:r>
        <w:rPr>
          <w:b w:val="0"/>
        </w:rPr>
        <w:t>[Hechos: aquí va lo que ha pasado, en orden y con fechas. La herramienta lo redacta con lo que cuente en el formulario.]</w:t>
      </w:r>
    </w:p>
    <w:p>
      <w:r>
        <w:rPr>
          <w:b/>
        </w:rPr>
        <w:t>PETICIÓN</w:t>
      </w:r>
    </w:p>
    <w:p>
      <w:r>
        <w:rPr>
          <w:b w:val="0"/>
        </w:rPr>
        <w:t>[Petición: lo que pide en concreto, con el importe o lo que necesita y el plazo.]</w:t>
      </w:r>
    </w:p>
    <w:p>
      <w:r>
        <w:rPr>
          <w:b/>
        </w:rPr>
        <w:t>FUNDAMENTO</w:t>
      </w:r>
    </w:p>
    <w:p>
      <w:r>
        <w:rPr>
          <w:b w:val="0"/>
        </w:rPr>
        <w:t>Presento esta petición ante una organización privada en los términos del artículo 32 de la Ley 1437 de 2011, sustituido por la Ley 1755 de 2015, que, salvo norma legal especial, somete el trámite y la resolución de estas peticiones a las reglas generales del derecho de petición. De acuerdo con el artículo 14 de la Ley 1437 de 2011, sustituido por la Ley 1755 de 2015, esta petición debe resolverse dentro de los 10 días hábiles siguientes a su recepción.</w:t>
      </w:r>
    </w:p>
    <w:p>
      <w:r>
        <w:rPr>
          <w:b w:val="0"/>
        </w:rPr>
        <w:t>Documentos que anexo: [documentos que adjunta].</w:t>
      </w:r>
    </w:p>
    <w:p>
      <w:r>
        <w:rPr>
          <w:b/>
        </w:rPr>
        <w:t>NOTIFICACIONES</w:t>
      </w:r>
    </w:p>
    <w:p>
      <w:r>
        <w:rPr>
          <w:b w:val="0"/>
        </w:rPr>
        <w:t>Recibiré la respuesta en la siguiente dirección: [su domicilio].</w:t>
      </w:r>
    </w:p>
    <w:p>
      <w:r>
        <w:rPr>
          <w:b w:val="0"/>
        </w:rPr>
        <w:t>Atentamente,</w:t>
      </w:r>
    </w:p>
    <w:p>
      <w:pPr>
        <w:spacing w:before="560" w:after="0"/>
      </w:pPr>
      <w:r>
        <w:t>______________________________</w:t>
      </w:r>
    </w:p>
    <w:p>
      <w:r>
        <w:rPr>
          <w:b w:val="0"/>
        </w:rPr>
        <w:t>[su nombre]</w:t>
      </w:r>
    </w:p>
    <w:p>
      <w:pPr>
        <w:spacing w:before="560" w:after="0"/>
      </w:pPr>
      <w:r>
        <w:t>______________________________</w:t>
      </w:r>
    </w:p>
    <w:p>
      <w:r>
        <w:rPr>
          <w:b w:val="0"/>
        </w:rPr>
        <w:t>C. C. [cédula]</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Rellénalo con tu caso en https://www.legaltica.com/co/herramientas/derecho-de-peticion/empresa/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derecho de petición: a una empresa</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