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val="0"/>
        </w:rPr>
        <w:t>[ciudad], [fecha]</w:t>
      </w:r>
    </w:p>
    <w:p>
      <w:r>
        <w:rPr>
          <w:b w:val="0"/>
        </w:rPr>
        <w:t>Señor(a) juez de la República (reparto), [ciudad].</w:t>
      </w:r>
    </w:p>
    <w:p>
      <w:r>
        <w:rPr>
          <w:b/>
        </w:rPr>
        <w:t>Referencia: acción de tutela de [su nombre] contra [nombre de la entidad o empresa] por violación del derecho de petición.</w:t>
      </w:r>
    </w:p>
    <w:p>
      <w:r>
        <w:rPr>
          <w:b w:val="0"/>
        </w:rPr>
        <w:t>Yo, [su nombre], identificado(a) con cédula de ciudadanía n.º [cédula] y con domicilio en [su dirección], presento acción de tutela contra [nombre de la entidad o empresa], con dirección en [dirección de la entidad o empresa], para que se proteja mi derecho fundamental de petición, con base en los siguientes hechos.</w:t>
      </w:r>
    </w:p>
    <w:p>
      <w:r>
        <w:rPr>
          <w:b/>
        </w:rPr>
        <w:t>HECHOS</w:t>
      </w:r>
    </w:p>
    <w:p>
      <w:r>
        <w:rPr>
          <w:b w:val="0"/>
        </w:rPr>
        <w:t>[Hechos: qué pasó, en orden y con fechas. El formulario los escribe con sus respuestas y añade su relato tal como lo escriba.]</w:t>
      </w:r>
    </w:p>
    <w:p>
      <w:r>
        <w:rPr>
          <w:b/>
        </w:rPr>
        <w:t>DERECHO FUNDAMENTAL VULNERADO</w:t>
      </w:r>
    </w:p>
    <w:p>
      <w:r>
        <w:rPr>
          <w:b w:val="0"/>
        </w:rPr>
        <w:t>El derecho fundamental de petición, que el artículo 23 de la Constitución Política reconoce a toda persona para presentar peticiones respetuosas a las autoridades y obtener pronta resolución.</w:t>
      </w:r>
    </w:p>
    <w:p>
      <w:r>
        <w:rPr>
          <w:b/>
        </w:rPr>
        <w:t>PRETENSIONES</w:t>
      </w:r>
    </w:p>
    <w:p>
      <w:r>
        <w:rPr>
          <w:b w:val="0"/>
        </w:rPr>
        <w:t>[Pretensiones: lo que pide que el juez ordene, en concreto.]</w:t>
      </w:r>
    </w:p>
    <w:p>
      <w:r>
        <w:rPr>
          <w:b/>
        </w:rPr>
        <w:t>FUNDAMENTOS DE DERECHO</w:t>
      </w:r>
    </w:p>
    <w:p>
      <w:r>
        <w:rPr>
          <w:b w:val="0"/>
        </w:rPr>
        <w:t>Presento esta acción con base en el artículo 86 de la Constitución Política, que da a toda persona la acción de tutela para reclamar ante los jueces la protección inmediata de sus derechos constitucionales fundamentales. El escrito contiene lo que exige el artículo 14 del Decreto 2591 de 1991.</w:t>
      </w:r>
    </w:p>
    <w:p>
      <w:r>
        <w:rPr>
          <w:b w:val="0"/>
        </w:rPr>
        <w:t>Según el artículo 14 de la Ley 1437 de 2011, sustituido por la Ley 1755 de 2015, la petición debía resolverse dentro de los 10 días hábiles siguientes a su recepción.</w:t>
      </w:r>
    </w:p>
    <w:p>
      <w:r>
        <w:rPr>
          <w:b/>
        </w:rPr>
        <w:t>PROCEDENCIA</w:t>
      </w:r>
    </w:p>
    <w:p>
      <w:r>
        <w:rPr>
          <w:b w:val="0"/>
        </w:rPr>
        <w:t>No dispongo de otro medio de defensa judicial para proteger el derecho de petición. Presento esta acción dentro de un plazo razonable desde que venció el plazo para responder.</w:t>
      </w:r>
    </w:p>
    <w:p>
      <w:r>
        <w:rPr>
          <w:b/>
        </w:rPr>
        <w:t>JURAMENTO</w:t>
      </w:r>
    </w:p>
    <w:p>
      <w:r>
        <w:rPr>
          <w:b w:val="0"/>
        </w:rPr>
        <w:t>Bajo la gravedad del juramento manifiesto que no he presentado otra acción de tutela respecto de los mismos hechos y derechos, como exige el artículo 37 del Decreto 2591 de 1991.</w:t>
      </w:r>
    </w:p>
    <w:p>
      <w:r>
        <w:rPr>
          <w:b/>
        </w:rPr>
        <w:t>PRUEBAS Y ANEXOS</w:t>
      </w:r>
    </w:p>
    <w:p>
      <w:r>
        <w:rPr>
          <w:b w:val="0"/>
        </w:rPr>
        <w:t>Aporto los siguientes documentos: [documentos que adjunta].</w:t>
      </w:r>
    </w:p>
    <w:p>
      <w:r>
        <w:rPr>
          <w:b/>
        </w:rPr>
        <w:t>NOTIFICACIONES</w:t>
      </w:r>
    </w:p>
    <w:p>
      <w:r>
        <w:rPr>
          <w:b w:val="0"/>
        </w:rPr>
        <w:t>Recibiré notificaciones en [su dirección], en el correo electrónico [su correo] y en el teléfono [su teléfono].</w:t>
      </w:r>
    </w:p>
    <w:p>
      <w:r>
        <w:rPr>
          <w:b w:val="0"/>
        </w:rPr>
        <w:t>Se puede notificar a [nombre de la entidad o empresa] en [dirección de la entidad o empresa] y en el correo electrónico [correo de la entidad].</w:t>
      </w:r>
    </w:p>
    <w:p>
      <w:r>
        <w:rPr>
          <w:b w:val="0"/>
        </w:rPr>
        <w:t>Atentamente,</w:t>
      </w:r>
    </w:p>
    <w:p>
      <w:pPr>
        <w:spacing w:before="560" w:after="0"/>
      </w:pPr>
      <w:r>
        <w:t>______________________________</w:t>
      </w:r>
    </w:p>
    <w:p>
      <w:r>
        <w:rPr>
          <w:b w:val="0"/>
        </w:rPr>
        <w:t>[su nombre]</w:t>
      </w:r>
    </w:p>
    <w:p>
      <w:pPr>
        <w:spacing w:before="560" w:after="0"/>
      </w:pPr>
      <w:r>
        <w:t>______________________________</w:t>
      </w:r>
    </w:p>
    <w:p>
      <w:r>
        <w:rPr>
          <w:b w:val="0"/>
        </w:rPr>
        <w:t>C. C. [cédula]</w:t>
      </w:r>
    </w:p>
    <w:sectPr w:rsidR="00FC693F" w:rsidRPr="0006063C" w:rsidSect="00034616">
      <w:footerReference w:type="default" r:id="rId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Georgia" w:hAnsi="Georgia"/>
        <w:sz w:val="16"/>
      </w:rPr>
      <w:t>Modelo en blanco de Legaltica. Rellénelo con su caso en https://www.legaltica.com/co/herramientas/accion-de-tutela/derecho-de-peticion/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after="120"/>
    </w:pPr>
    <w:rPr>
      <w:rFonts w:ascii="Georgia" w:hAnsi="Georgia" w:eastAsia="Georgia" w:cs="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acción de tutela</dc:title>
  <dc:subject>Modelo generado con Legaltica · https://www.legaltica.com/herramientas/</dc:subject>
  <dc:creator>Legaltica</dc:creator>
  <cp:keywords/>
  <dc:description>Modelo generado con Legaltica · https://www.legaltica.com/herramientas/</dc:description>
  <cp:lastModifiedBy/>
  <cp:revision>1</cp:revision>
  <dcterms:created xsi:type="dcterms:W3CDTF">2013-12-23T23:15:00Z</dcterms:created>
  <dcterms:modified xsi:type="dcterms:W3CDTF">2013-12-23T23:15:00Z</dcterms:modified>
  <cp:category/>
</cp:coreProperties>
</file>