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[fecha]</w:t>
      </w:r>
    </w:p>
    <w:p>
      <w:r>
        <w:rPr>
          <w:b w:val="0"/>
        </w:rPr>
        <w:t>Señor(a) juez de la República (reparto), [ciudad].</w:t>
      </w:r>
    </w:p>
    <w:p>
      <w:r>
        <w:rPr>
          <w:b/>
        </w:rPr>
        <w:t>Referencia: acción de tutela de [su nombre] contra [nombre de la entidad o empresa].</w:t>
      </w:r>
    </w:p>
    <w:p>
      <w:r>
        <w:rPr>
          <w:b w:val="0"/>
        </w:rPr>
        <w:t>Yo, [su nombre], identificado(a) con cédula de ciudadanía n.º [cédula] y con domicilio en [su dirección], presento acción de tutela contra [nombre de la entidad o empresa], con dirección en [dirección de la entidad o empresa], para que se protejan mis derechos fundamentales, con base en los siguientes hechos.</w:t>
      </w:r>
    </w:p>
    <w:p>
      <w:r>
        <w:rPr>
          <w:b/>
        </w:rPr>
        <w:t>HECHOS</w:t>
      </w:r>
    </w:p>
    <w:p>
      <w:r>
        <w:rPr>
          <w:b w:val="0"/>
        </w:rPr>
        <w:t>[Hechos: qué pasó, en orden y con fechas. El formulario los escribe con sus respuestas y añade su relato tal como lo escriba.]</w:t>
      </w:r>
    </w:p>
    <w:p>
      <w:r>
        <w:rPr>
          <w:b/>
        </w:rPr>
        <w:t>DERECHOS FUNDAMENTALES VULNERADOS</w:t>
      </w:r>
    </w:p>
    <w:p>
      <w:r>
        <w:rPr>
          <w:b w:val="0"/>
        </w:rPr>
        <w:t>Considero vulnerados mis derechos fundamentales: [derechos vulnerados].</w:t>
      </w:r>
    </w:p>
    <w:p>
      <w:r>
        <w:rPr>
          <w:b/>
        </w:rPr>
        <w:t>PRETENSIONES</w:t>
      </w:r>
    </w:p>
    <w:p>
      <w:r>
        <w:rPr>
          <w:b w:val="0"/>
        </w:rPr>
        <w:t>[Pretensiones: lo que pide que el juez ordene, en concreto.]</w:t>
      </w:r>
    </w:p>
    <w:p>
      <w:r>
        <w:rPr>
          <w:b/>
        </w:rPr>
        <w:t>FUNDAMENTOS DE DERECHO</w:t>
      </w:r>
    </w:p>
    <w:p>
      <w:r>
        <w:rPr>
          <w:b w:val="0"/>
        </w:rPr>
        <w:t>Presento esta acción con base en el artículo 86 de la Constitución Política, que da a toda persona la acción de tutela para reclamar ante los jueces la protección inmediata de sus derechos constitucionales fundamentales, por sí misma o por quien actúe a su nombre. El escrito contiene lo que exige el artículo 14 del Decreto 2591 de 1991.</w:t>
      </w:r>
    </w:p>
    <w:p>
      <w:r>
        <w:rPr>
          <w:b w:val="0"/>
        </w:rPr>
        <w:t>Pido la medida provisional con base en el artículo 7 del Decreto 2591 de 1991, que permite al juez, desde la presentación de la solicitud, ordenar lo que considere procedente para proteger el derecho cuando lo considere necesario y urgente.</w:t>
      </w:r>
    </w:p>
    <w:p>
      <w:r>
        <w:rPr>
          <w:b/>
        </w:rPr>
        <w:t>PROCEDENCIA</w:t>
      </w:r>
    </w:p>
    <w:p>
      <w:r>
        <w:rPr>
          <w:b w:val="0"/>
        </w:rPr>
        <w:t>No dispongo de otro medio de defensa judicial eficaz para proteger estos derechos y, en todo caso, acudo a la tutela para evitar un perjuicio irremediable. Presento esta acción dentro de un plazo razonable desde que comenzó la vulneración, el [desde cuándo pasa].</w:t>
      </w:r>
    </w:p>
    <w:p>
      <w:r>
        <w:rPr>
          <w:b/>
        </w:rPr>
        <w:t>JURAMENTO</w:t>
      </w:r>
    </w:p>
    <w:p>
      <w:r>
        <w:rPr>
          <w:b w:val="0"/>
        </w:rPr>
        <w:t>Bajo la gravedad del juramento manifiesto que no he presentado otra acción de tutela respecto de los mismos hechos y derechos, como exige el artículo 37 del Decreto 2591 de 1991.</w:t>
      </w:r>
    </w:p>
    <w:p>
      <w:r>
        <w:rPr>
          <w:b/>
        </w:rPr>
        <w:t>PRUEBAS Y ANEXOS</w:t>
      </w:r>
    </w:p>
    <w:p>
      <w:r>
        <w:rPr>
          <w:b w:val="0"/>
        </w:rPr>
        <w:t>Aporto los siguientes documentos: [documentos que adjunta].</w:t>
      </w:r>
    </w:p>
    <w:p>
      <w:r>
        <w:rPr>
          <w:b/>
        </w:rPr>
        <w:t>NOTIFICACIONES</w:t>
      </w:r>
    </w:p>
    <w:p>
      <w:r>
        <w:rPr>
          <w:b w:val="0"/>
        </w:rPr>
        <w:t>Recibiré notificaciones en [su dirección], en el correo electrónico [su correo] y en el teléfono [su teléfono].</w:t>
      </w:r>
    </w:p>
    <w:p>
      <w:r>
        <w:rPr>
          <w:b w:val="0"/>
        </w:rPr>
        <w:t>Se puede notificar a [nombre de la entidad o empresa] en [dirección de la entidad o empresa] y en el correo electrónico [correo de la entidad].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[su nombre]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C. C. [cédula]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Rellénelo con su caso en https://www.legaltica.com/co/herramientas/accion-de-tutela/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acción de tutela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